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8C12F" w14:textId="77777777" w:rsidR="001F371E" w:rsidRDefault="00000000">
      <w:pPr>
        <w:jc w:val="center"/>
      </w:pPr>
      <w:r>
        <w:rPr>
          <w:b/>
          <w:sz w:val="32"/>
        </w:rPr>
        <w:t>ICMSC – 2026</w:t>
      </w:r>
    </w:p>
    <w:p w14:paraId="0777E179" w14:textId="77777777" w:rsidR="001F371E" w:rsidRDefault="00000000">
      <w:pPr>
        <w:jc w:val="center"/>
      </w:pPr>
      <w:r>
        <w:rPr>
          <w:b/>
          <w:sz w:val="26"/>
        </w:rPr>
        <w:t>International Conference on Mathematics &amp; Scientific Computing</w:t>
      </w:r>
    </w:p>
    <w:p w14:paraId="1D1197AE" w14:textId="77777777" w:rsidR="001F371E" w:rsidRDefault="00000000">
      <w:pPr>
        <w:jc w:val="center"/>
      </w:pPr>
      <w:r>
        <w:rPr>
          <w:i/>
        </w:rPr>
        <w:t>30–31 October 2026</w:t>
      </w:r>
    </w:p>
    <w:p w14:paraId="46F4B4F1" w14:textId="77777777" w:rsidR="001F371E" w:rsidRDefault="001F371E"/>
    <w:p w14:paraId="34CE6D60" w14:textId="7A9C5FB8" w:rsidR="001F371E" w:rsidRDefault="00000000">
      <w:pPr>
        <w:jc w:val="center"/>
      </w:pPr>
      <w:r>
        <w:rPr>
          <w:b/>
          <w:sz w:val="28"/>
        </w:rPr>
        <w:t>ABSTRACT TEMPLATE</w:t>
      </w:r>
    </w:p>
    <w:p w14:paraId="6E46BDF6" w14:textId="1E5890EE" w:rsidR="001F371E" w:rsidRDefault="00000000">
      <w:pPr>
        <w:spacing w:after="60"/>
      </w:pPr>
      <w:r>
        <w:rPr>
          <w:b/>
        </w:rPr>
        <w:t>Title of the Paper:</w:t>
      </w:r>
    </w:p>
    <w:p w14:paraId="2AF26826" w14:textId="5C8002B9" w:rsidR="001F371E" w:rsidRDefault="00000000">
      <w:pPr>
        <w:jc w:val="center"/>
      </w:pPr>
      <w:r>
        <w:rPr>
          <w:i/>
        </w:rPr>
        <w:t>[Write the title in concise form; preferably not more than 15–20 words.]</w:t>
      </w:r>
    </w:p>
    <w:p w14:paraId="3092554B" w14:textId="77777777" w:rsidR="001F371E" w:rsidRDefault="00000000">
      <w:pPr>
        <w:spacing w:after="60"/>
      </w:pPr>
      <w:r>
        <w:rPr>
          <w:b/>
        </w:rPr>
        <w:t>Author(s):</w:t>
      </w:r>
    </w:p>
    <w:p w14:paraId="78DEEFC4" w14:textId="29D12E85" w:rsidR="001F371E" w:rsidRDefault="00000000" w:rsidP="00B57179">
      <w:pPr>
        <w:jc w:val="center"/>
      </w:pPr>
      <w:r>
        <w:t xml:space="preserve">[Full Name of </w:t>
      </w:r>
      <w:proofErr w:type="gramStart"/>
      <w:r>
        <w:t>Author]¹</w:t>
      </w:r>
      <w:proofErr w:type="gramEnd"/>
      <w:r>
        <w:t xml:space="preserve">, [Full Name of </w:t>
      </w:r>
      <w:proofErr w:type="gramStart"/>
      <w:r>
        <w:t>Author]²</w:t>
      </w:r>
      <w:proofErr w:type="gramEnd"/>
      <w:r>
        <w:t>, …</w:t>
      </w:r>
    </w:p>
    <w:p w14:paraId="1BA12406" w14:textId="77777777" w:rsidR="001F371E" w:rsidRDefault="00000000">
      <w:pPr>
        <w:spacing w:after="60"/>
      </w:pPr>
      <w:r>
        <w:rPr>
          <w:b/>
        </w:rPr>
        <w:t>Affiliation(s):</w:t>
      </w:r>
    </w:p>
    <w:p w14:paraId="0FEFAA5D" w14:textId="77777777" w:rsidR="001F371E" w:rsidRDefault="00000000" w:rsidP="00B57179">
      <w:pPr>
        <w:jc w:val="center"/>
      </w:pPr>
      <w:r>
        <w:t>¹[Department/Institution/University, City, State, Country]</w:t>
      </w:r>
      <w:r>
        <w:br/>
        <w:t>²[Department/Institution/University, City, State, Country]</w:t>
      </w:r>
    </w:p>
    <w:p w14:paraId="78675D64" w14:textId="77777777" w:rsidR="001F371E" w:rsidRDefault="00000000">
      <w:pPr>
        <w:spacing w:after="60"/>
      </w:pPr>
      <w:r>
        <w:rPr>
          <w:b/>
        </w:rPr>
        <w:t>Corresponding Author:</w:t>
      </w:r>
    </w:p>
    <w:p w14:paraId="3076BA98" w14:textId="77777777" w:rsidR="001F371E" w:rsidRDefault="00000000" w:rsidP="00B57179">
      <w:pPr>
        <w:jc w:val="center"/>
      </w:pPr>
      <w:r>
        <w:t>[Name, Email Address, Mobile Number (optional)]</w:t>
      </w:r>
    </w:p>
    <w:p w14:paraId="55E11709" w14:textId="77777777" w:rsidR="001F371E" w:rsidRDefault="00000000">
      <w:pPr>
        <w:spacing w:after="60"/>
      </w:pPr>
      <w:r>
        <w:rPr>
          <w:b/>
        </w:rPr>
        <w:t>Abstract:</w:t>
      </w:r>
    </w:p>
    <w:p w14:paraId="373D887D" w14:textId="7FACE575" w:rsidR="001F371E" w:rsidRDefault="00000000" w:rsidP="00B57179">
      <w:pPr>
        <w:spacing w:line="240" w:lineRule="auto"/>
        <w:ind w:firstLine="432"/>
        <w:jc w:val="both"/>
      </w:pPr>
      <w:r>
        <w:t>[Write a concise summary of the work. The abstract should normally contain: (i) brief background/motivation, (ii) objective or problem addressed, (iii) methodology or mathematical approach, (iv) principal results/findings, and (v) significance or possible application. Avoid detailed equations, tables, figures, citations, and references.]</w:t>
      </w:r>
    </w:p>
    <w:p w14:paraId="4EAA038B" w14:textId="77777777" w:rsidR="001F371E" w:rsidRDefault="00000000">
      <w:pPr>
        <w:spacing w:after="60"/>
      </w:pPr>
      <w:r>
        <w:rPr>
          <w:b/>
        </w:rPr>
        <w:t>Keywords:</w:t>
      </w:r>
    </w:p>
    <w:p w14:paraId="6B56C70E" w14:textId="77777777" w:rsidR="001F371E" w:rsidRDefault="00000000" w:rsidP="00B57179">
      <w:pPr>
        <w:jc w:val="center"/>
      </w:pPr>
      <w:r>
        <w:t>[Keyword 1]; [Keyword 2]; [Keyword 3]; [Keyword 4]; [Keyword 5]</w:t>
      </w:r>
    </w:p>
    <w:p w14:paraId="180DA73C" w14:textId="77777777" w:rsidR="001F371E" w:rsidRDefault="00000000">
      <w:r>
        <w:rPr>
          <w:b/>
          <w:sz w:val="24"/>
        </w:rPr>
        <w:t>Suggested Formatting Guidelines</w:t>
      </w:r>
    </w:p>
    <w:p w14:paraId="5ED56A6F" w14:textId="77777777" w:rsidR="001F371E" w:rsidRDefault="00000000">
      <w:pPr>
        <w:pStyle w:val="ListBullet"/>
        <w:spacing w:after="0"/>
      </w:pPr>
      <w:r>
        <w:t>Page size: A4.</w:t>
      </w:r>
    </w:p>
    <w:p w14:paraId="3C6102A9" w14:textId="77777777" w:rsidR="001F371E" w:rsidRDefault="00000000">
      <w:pPr>
        <w:pStyle w:val="ListBullet"/>
        <w:spacing w:after="0"/>
      </w:pPr>
      <w:r>
        <w:t>Font: Times New Roman.</w:t>
      </w:r>
    </w:p>
    <w:p w14:paraId="70AFDB2B" w14:textId="7EC942C9" w:rsidR="001F371E" w:rsidRDefault="00000000">
      <w:pPr>
        <w:pStyle w:val="ListBullet"/>
        <w:spacing w:after="0"/>
      </w:pPr>
      <w:r>
        <w:t xml:space="preserve">Abstract length: approximately </w:t>
      </w:r>
      <w:r w:rsidR="00447E51">
        <w:t>1</w:t>
      </w:r>
      <w:r>
        <w:t>00–</w:t>
      </w:r>
      <w:r w:rsidR="00447E51">
        <w:t>2</w:t>
      </w:r>
      <w:r>
        <w:t>00 words</w:t>
      </w:r>
      <w:r w:rsidR="00447E51">
        <w:t>.</w:t>
      </w:r>
    </w:p>
    <w:p w14:paraId="2577EF4B" w14:textId="77777777" w:rsidR="001F371E" w:rsidRDefault="00000000">
      <w:pPr>
        <w:pStyle w:val="ListBullet"/>
        <w:spacing w:after="0"/>
      </w:pPr>
      <w:r>
        <w:t>Title: bold and centered.</w:t>
      </w:r>
    </w:p>
    <w:p w14:paraId="0523CEAA" w14:textId="215363C9" w:rsidR="001F371E" w:rsidRDefault="00000000">
      <w:pPr>
        <w:pStyle w:val="ListBullet"/>
        <w:spacing w:after="0"/>
      </w:pPr>
      <w:r>
        <w:t>Author names: centered.</w:t>
      </w:r>
    </w:p>
    <w:p w14:paraId="49BC0EFF" w14:textId="77777777" w:rsidR="001F371E" w:rsidRDefault="00000000">
      <w:pPr>
        <w:pStyle w:val="ListBullet"/>
        <w:spacing w:after="0"/>
      </w:pPr>
      <w:r>
        <w:t>Affiliation: centered and clearly identified with superscript numbers where applicable.</w:t>
      </w:r>
    </w:p>
    <w:p w14:paraId="4E98322A" w14:textId="77777777" w:rsidR="001F371E" w:rsidRDefault="00000000">
      <w:pPr>
        <w:pStyle w:val="ListBullet"/>
        <w:spacing w:after="0"/>
      </w:pPr>
      <w:r>
        <w:t>Abstract text: single-spaced, justified.</w:t>
      </w:r>
    </w:p>
    <w:p w14:paraId="3FC953D1" w14:textId="77777777" w:rsidR="001F371E" w:rsidRDefault="00000000">
      <w:pPr>
        <w:pStyle w:val="ListBullet"/>
        <w:spacing w:after="0"/>
      </w:pPr>
      <w:r>
        <w:t>Keywords: 4–6 relevant terms.</w:t>
      </w:r>
    </w:p>
    <w:p w14:paraId="2E442B9E" w14:textId="77777777" w:rsidR="001F371E" w:rsidRDefault="00000000">
      <w:pPr>
        <w:pStyle w:val="ListBullet"/>
        <w:spacing w:after="0"/>
      </w:pPr>
      <w:r>
        <w:t>Submit the abstract in Microsoft Word (.doc/.docx) format.</w:t>
      </w:r>
    </w:p>
    <w:p w14:paraId="084A0BDE" w14:textId="77777777" w:rsidR="001F371E" w:rsidRDefault="001F371E"/>
    <w:p w14:paraId="1BB5F15B" w14:textId="77777777" w:rsidR="001F371E" w:rsidRDefault="00000000">
      <w:pPr>
        <w:jc w:val="center"/>
      </w:pPr>
      <w:r>
        <w:rPr>
          <w:i/>
          <w:sz w:val="18"/>
        </w:rPr>
        <w:t>ICMSC – 2026 | Abstract Submission Template</w:t>
      </w:r>
    </w:p>
    <w:sectPr w:rsidR="001F371E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6862545">
    <w:abstractNumId w:val="8"/>
  </w:num>
  <w:num w:numId="2" w16cid:durableId="1189611455">
    <w:abstractNumId w:val="6"/>
  </w:num>
  <w:num w:numId="3" w16cid:durableId="1227112300">
    <w:abstractNumId w:val="5"/>
  </w:num>
  <w:num w:numId="4" w16cid:durableId="1230964379">
    <w:abstractNumId w:val="4"/>
  </w:num>
  <w:num w:numId="5" w16cid:durableId="1662153476">
    <w:abstractNumId w:val="7"/>
  </w:num>
  <w:num w:numId="6" w16cid:durableId="1758407455">
    <w:abstractNumId w:val="3"/>
  </w:num>
  <w:num w:numId="7" w16cid:durableId="2039769214">
    <w:abstractNumId w:val="2"/>
  </w:num>
  <w:num w:numId="8" w16cid:durableId="579754592">
    <w:abstractNumId w:val="1"/>
  </w:num>
  <w:num w:numId="9" w16cid:durableId="32231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10DD"/>
    <w:rsid w:val="0015074B"/>
    <w:rsid w:val="001F371E"/>
    <w:rsid w:val="0029639D"/>
    <w:rsid w:val="003205D6"/>
    <w:rsid w:val="00326F90"/>
    <w:rsid w:val="00336979"/>
    <w:rsid w:val="00447E51"/>
    <w:rsid w:val="00560D3D"/>
    <w:rsid w:val="005C28EA"/>
    <w:rsid w:val="005F7B5C"/>
    <w:rsid w:val="0078658D"/>
    <w:rsid w:val="00AA07E7"/>
    <w:rsid w:val="00AA1D8D"/>
    <w:rsid w:val="00B47730"/>
    <w:rsid w:val="00B57179"/>
    <w:rsid w:val="00CB0664"/>
    <w:rsid w:val="00F844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FE917D1-1360-4EE7-BFCE-1F44BCC4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Amar Kumar</cp:lastModifiedBy>
  <cp:revision>11</cp:revision>
  <dcterms:created xsi:type="dcterms:W3CDTF">2013-12-23T23:15:00Z</dcterms:created>
  <dcterms:modified xsi:type="dcterms:W3CDTF">2026-09-23T10:38:00Z</dcterms:modified>
  <cp:category/>
</cp:coreProperties>
</file>